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0A8DC"/>
          <w:sz w:val="16"/>
        </w:rPr>
        <w:t>oficina.app</w:t>
      </w:r>
    </w:p>
    <w:p>
      <w:r>
        <w:rPr>
          <w:b/>
          <w:color w:val="082B3A"/>
          <w:sz w:val="32"/>
        </w:rPr>
        <w:t>Termo de responsabilidade: peça fornecida pelo cliente (modelo)</w:t>
      </w:r>
    </w:p>
    <w:p>
      <w:r>
        <w:t>Modelo pra adaptar à regra da sua oficina. Preencha com o cliente no balcão, antes de o carro subir no elevador: marque o que se aplica, tire a foto da peça e grampeie o termo na ordem de serviço. Confira o texto com o Procon da sua cidade ou com um advogado antes de adotar.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Oficina: ____________________</w:t>
            </w:r>
          </w:p>
        </w:tc>
        <w:tc>
          <w:tcPr>
            <w:tcW w:type="dxa" w:w="5100"/>
          </w:tcPr>
          <w:p>
            <w:r>
              <w:t>Cliente: ____________________</w:t>
            </w:r>
          </w:p>
        </w:tc>
      </w:tr>
      <w:tr>
        <w:tc>
          <w:tcPr>
            <w:tcW w:type="dxa" w:w="5100"/>
          </w:tcPr>
          <w:p>
            <w:r>
              <w:t>Telefone: ____________________</w:t>
            </w:r>
          </w:p>
        </w:tc>
        <w:tc>
          <w:tcPr>
            <w:tcW w:type="dxa" w:w="5100"/>
          </w:tcPr>
          <w:p>
            <w:r>
              <w:t>Veículo: ____________________</w:t>
            </w:r>
          </w:p>
        </w:tc>
      </w:tr>
      <w:tr>
        <w:tc>
          <w:tcPr>
            <w:tcW w:type="dxa" w:w="5100"/>
          </w:tcPr>
          <w:p>
            <w:r>
              <w:t>Placa: ____________________</w:t>
            </w:r>
          </w:p>
        </w:tc>
        <w:tc>
          <w:tcPr>
            <w:tcW w:type="dxa" w:w="5100"/>
          </w:tcPr>
          <w:p>
            <w:r>
              <w:t>KM: ____________________</w:t>
            </w:r>
          </w:p>
        </w:tc>
      </w:tr>
      <w:tr>
        <w:tc>
          <w:tcPr>
            <w:tcW w:type="dxa" w:w="5100"/>
          </w:tcPr>
          <w:p>
            <w:r>
              <w:t>Data: ____________________</w:t>
            </w:r>
          </w:p>
        </w:tc>
        <w:tc>
          <w:tcPr>
            <w:tcW w:type="dxa" w:w="5100"/>
          </w:tcPr>
          <w:p>
            <w:r>
              <w:t>O.S. nº: ____________________</w:t>
            </w:r>
          </w:p>
        </w:tc>
      </w:tr>
    </w:tbl>
    <w:p/>
    <w:p>
      <w:r>
        <w:rPr>
          <w:b/>
          <w:color w:val="082B3A"/>
          <w:sz w:val="22"/>
        </w:rPr>
        <w:t>1. Peça(s) fornecida(s) pelo cliente</w:t>
      </w:r>
    </w:p>
    <w:p>
      <w:r>
        <w:t>☐  Peça: ______________________________________   Marca / código: ____________________</w:t>
      </w:r>
    </w:p>
    <w:p>
      <w:r>
        <w:t>☐  Nova, com nota fiscal da compra. Loja ou site: ______________________________</w:t>
      </w:r>
    </w:p>
    <w:p>
      <w:r>
        <w:t>☐  Nova, sem nota fiscal</w:t>
      </w:r>
    </w:p>
    <w:p>
      <w:r>
        <w:t>☐  Usada ou recondicionada. Origem: ________________________________________</w:t>
      </w:r>
    </w:p>
    <w:p>
      <w:r>
        <w:t>☐  Estado conferido na entrega (lacre, caixa, marcas de uso): ____________________</w:t>
      </w:r>
    </w:p>
    <w:p>
      <w:r>
        <w:t>☐  Kit conferido: veio completo ( )  faltou: ______________________________</w:t>
      </w:r>
    </w:p>
    <w:p>
      <w:r>
        <w:t>☐  Peça antiga retirada: devolvida ao cliente ( )   descartada pela oficina ( )</w:t>
      </w:r>
    </w:p>
    <w:p>
      <w:r>
        <w:rPr>
          <w:b/>
          <w:color w:val="082B3A"/>
          <w:sz w:val="22"/>
        </w:rPr>
        <w:t>2. O cliente declara e autoriza</w:t>
      </w:r>
    </w:p>
    <w:p>
      <w:r>
        <w:t>☐  A peça foi fornecida por mim, sem participação da oficina na compra.</w:t>
      </w:r>
    </w:p>
    <w:p>
      <w:r>
        <w:t>☐  Estou ciente de que a garantia da peça é do fornecedor dela, e não da oficina.</w:t>
      </w:r>
    </w:p>
    <w:p>
      <w:r>
        <w:t>☐  A oficina garante somente a mão de obra da instalação, por ______ dias contados da entrega do veículo.</w:t>
      </w:r>
    </w:p>
    <w:p>
      <w:r>
        <w:t>☐  Se a peça vier errada, incompatível ou com defeito da própria peça, pago a retirada e a nova instalação: R$ __________</w:t>
      </w:r>
    </w:p>
    <w:p>
      <w:r>
        <w:t>☐  Autorizo a oficina a fotografar a peça antes da instalação e a registrar tudo na ordem de serviço.</w:t>
      </w:r>
    </w:p>
    <w:p>
      <w:r>
        <w:rPr>
          <w:b/>
          <w:color w:val="082B3A"/>
          <w:sz w:val="22"/>
        </w:rPr>
        <w:t>Observações da oficina (recomendações recusadas, itens não garantidos)</w:t>
      </w:r>
    </w:p>
    <w:p>
      <w:r>
        <w:t>__________________________________________________________________________________________</w:t>
        <w:br/>
        <w:t>__________________________________________________________________________________________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>
              <w:t>_______________________________</w:t>
              <w:br/>
              <w:t>Cliente</w:t>
            </w:r>
          </w:p>
        </w:tc>
        <w:tc>
          <w:tcPr>
            <w:tcW w:type="dxa" w:w="5100"/>
          </w:tcPr>
          <w:p>
            <w:pPr>
              <w:jc w:val="center"/>
            </w:pPr>
            <w:r>
              <w:t>_______________________________</w:t>
              <w:br/>
              <w:t>Oficina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874"/>
        <w:sz w:val="16"/>
      </w:rPr>
      <w:t>Modelo grátis do oficina.app · sistema de gestão para oficina mecânica · oficina.app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