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0A8DC"/>
          <w:sz w:val="16"/>
        </w:rPr>
        <w:t>oficina.app</w:t>
      </w:r>
    </w:p>
    <w:p>
      <w:r>
        <w:rPr>
          <w:b/>
          <w:color w:val="082B3A"/>
          <w:sz w:val="32"/>
        </w:rPr>
        <w:t>Rotina do dono de oficina: checklist diário, semanal e mensal</w:t>
      </w:r>
    </w:p>
    <w:p>
      <w:r>
        <w:t>Imprima uma folha por semana e deixe no balcão. Nos blocos da abertura e do fechamento, risque o dia da semana em que o item foi feito; dia sem risco é pendente. Na sexta, feche o bloco da semana. No último dia útil do mês, o bloco do mês. Item sem risco três dias seguidos vai pra caixa "O que travou esta semana", com o motivo. Os itens são sugestão: risque o que não se aplica e acrescente o que a sua oficina precisa.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Oficina: ____________________</w:t>
            </w:r>
          </w:p>
        </w:tc>
        <w:tc>
          <w:tcPr>
            <w:tcW w:type="dxa" w:w="3400"/>
          </w:tcPr>
          <w:p>
            <w:r>
              <w:t>Semana de: ____________________</w:t>
            </w:r>
          </w:p>
        </w:tc>
        <w:tc>
          <w:tcPr>
            <w:tcW w:type="dxa" w:w="3400"/>
          </w:tcPr>
          <w:p>
            <w:r>
              <w:t>Responsável: ____________________</w:t>
            </w:r>
          </w:p>
        </w:tc>
      </w:tr>
    </w:tbl>
    <w:p/>
    <w:p>
      <w:r>
        <w:rPr>
          <w:b/>
          <w:color w:val="082B3A"/>
          <w:sz w:val="22"/>
        </w:rPr>
        <w:t>1. Todo dia, na abertura</w:t>
      </w:r>
    </w:p>
    <w:p>
      <w:r>
        <w:t>☐  Agenda do dia conferida: quem vem, a que horas, pra quê    (Seg  Ter  Qua  Qui  Sex  Sáb)</w:t>
      </w:r>
    </w:p>
    <w:p>
      <w:r>
        <w:t>☐  Cada carro no pátio tem O.S. aberta e status atualizado    (Seg  Ter  Qua  Qui  Sex  Sáb)</w:t>
      </w:r>
    </w:p>
    <w:p>
      <w:r>
        <w:t>☐  Orçamentos enviados e sem resposta: cliente cobrado    (Seg  Ter  Qua  Qui  Sex  Sáb)</w:t>
      </w:r>
    </w:p>
    <w:p>
      <w:r>
        <w:t>☐  Orçamento aprovado ontem já virou O.S. em execução    (Seg  Ter  Qua  Qui  Sex  Sáb)</w:t>
      </w:r>
    </w:p>
    <w:p>
      <w:r>
        <w:t>☐  Peça pedida ontem chegou? Se não, fornecedor cobrado    (Seg  Ter  Qua  Qui  Sex  Sáb)</w:t>
      </w:r>
    </w:p>
    <w:p>
      <w:r>
        <w:t>☐  Mecânico sabe qual carro pega primeiro e por quê    (Seg  Ter  Qua  Qui  Sex  Sáb)</w:t>
      </w:r>
    </w:p>
    <w:p>
      <w:r>
        <w:t>☐  Retorno de garantia marcado pra hoje: equipe avisada    (Seg  Ter  Qua  Qui  Sex  Sáb)</w:t>
      </w:r>
    </w:p>
    <w:p>
      <w:r>
        <w:rPr>
          <w:b/>
          <w:color w:val="082B3A"/>
          <w:sz w:val="22"/>
        </w:rPr>
        <w:t>2. Todo dia, na entrega e no fechamento</w:t>
      </w:r>
    </w:p>
    <w:p>
      <w:r>
        <w:t>☐  O.S. fechadas com pagamento registrado (o que entrou hoje)    (Seg  Ter  Qua  Qui  Sex  Sáb)</w:t>
      </w:r>
    </w:p>
    <w:p>
      <w:r>
        <w:t>☐  Checklist de entrega feito e assinado pelo cliente    (Seg  Ter  Qua  Qui  Sex  Sáb)</w:t>
      </w:r>
    </w:p>
    <w:p>
      <w:r>
        <w:t>☐  Garantia escrita na O.S. que o cliente levou    (Seg  Ter  Qua  Qui  Sex  Sáb)</w:t>
      </w:r>
    </w:p>
    <w:p>
      <w:r>
        <w:t>☐  Toda peça usada hoje lançada na O.S. do carro certo    (Seg  Ter  Qua  Qui  Sex  Sáb)</w:t>
      </w:r>
    </w:p>
    <w:p>
      <w:r>
        <w:t>☐  Mão de obra e mecânico registrados em cada O.S. do dia    (Seg  Ter  Qua  Qui  Sex  Sáb)</w:t>
      </w:r>
    </w:p>
    <w:p>
      <w:r>
        <w:t>☐  O.S. abertas anotadas: quantas, quais e o que falta    (Seg  Ter  Qua  Qui  Sex  Sáb)</w:t>
      </w:r>
    </w:p>
    <w:p>
      <w:r>
        <w:t>☐  Carro que ficou pra amanhã: cliente avisado hoje    (Seg  Ter  Qua  Qui  Sex  Sáb)</w:t>
      </w:r>
    </w:p>
    <w:p>
      <w:r>
        <w:rPr>
          <w:b/>
          <w:color w:val="082B3A"/>
          <w:sz w:val="22"/>
        </w:rPr>
        <w:t>3. Toda semana (sexta)</w:t>
      </w:r>
    </w:p>
    <w:p>
      <w:r>
        <w:t>☐  O.S. paradas há mais de 7 dias: motivo e próximo passo    (Feito / Pendente)</w:t>
      </w:r>
    </w:p>
    <w:p>
      <w:r>
        <w:t>☐  Orçamentos sem resposta há mais de 3 dias: cobrados ou encerrados    (Feito / Pendente)</w:t>
      </w:r>
    </w:p>
    <w:p>
      <w:r>
        <w:t>☐  Retornos e revisões marcados pra semana que vem    (Feito / Pendente)</w:t>
      </w:r>
    </w:p>
    <w:p>
      <w:r>
        <w:t>☐  Agenda da semana que vem olhada: dias vazios e dias lotados    (Feito / Pendente)</w:t>
      </w:r>
    </w:p>
    <w:p>
      <w:r>
        <w:t>☐  Garantias vencendo: retorno oferecido antes do prazo    (Feito / Pendente)</w:t>
      </w:r>
    </w:p>
    <w:p>
      <w:r>
        <w:t>☐  Estoque mínimo das peças de giro conferido e pedido feito    (Feito / Pendente)</w:t>
      </w:r>
    </w:p>
    <w:p>
      <w:r>
        <w:t>☐  Reclamação da semana resolvida e anotada na O.S.    (Feito / Pendente)</w:t>
      </w:r>
    </w:p>
    <w:p>
      <w:r>
        <w:t>☐  Carro pronto e não retirado: cliente avisado de novo    (Feito / Pendente)</w:t>
      </w:r>
    </w:p>
    <w:p>
      <w:r>
        <w:rPr>
          <w:b/>
          <w:color w:val="082B3A"/>
          <w:sz w:val="22"/>
        </w:rPr>
        <w:t>4. Todo mês (último dia útil)</w:t>
      </w:r>
    </w:p>
    <w:p>
      <w:r>
        <w:t>☐  Faturado menos peças, mecânicos e fixo: quanto sobrou    (Feito / Pendente)</w:t>
      </w:r>
    </w:p>
    <w:p>
      <w:r>
        <w:t>☐  Comissões fechadas pela lista de O.S., não pela memória    (Feito / Pendente)</w:t>
      </w:r>
    </w:p>
    <w:p>
      <w:r>
        <w:t>☐  Garantias e retrabalhos do mês: quantos, de quem, por quê    (Feito / Pendente)</w:t>
      </w:r>
    </w:p>
    <w:p>
      <w:r>
        <w:t>☐  Preços de mão de obra e de peças revisados    (Feito / Pendente)</w:t>
      </w:r>
    </w:p>
    <w:p>
      <w:r>
        <w:t>☐  Clientes sem O.S. há 6 meses: mensagem de revisão enviada    (Feito / Pendente)</w:t>
      </w:r>
    </w:p>
    <w:p>
      <w:r>
        <w:t>☐  Contas fixas do mês que vem já conhecidas e datadas    (Feito / Pendente)</w:t>
      </w:r>
    </w:p>
    <w:p>
      <w:r>
        <w:t>☐  O que travou este mês virou regra escrita pra equipe    (Feito / Pendente)</w:t>
      </w:r>
    </w:p>
    <w:p>
      <w:r>
        <w:rPr>
          <w:b/>
          <w:color w:val="082B3A"/>
          <w:sz w:val="22"/>
        </w:rPr>
        <w:t>O que travou esta semana (item, motivo e quem resolve)</w:t>
      </w:r>
    </w:p>
    <w:p>
      <w:r>
        <w:t>__________________________________________________________________________________________</w:t>
        <w:br/>
        <w:t>__________________________________________________________________________________________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>
            <w:pPr>
              <w:jc w:val="center"/>
            </w:pPr>
            <w:r>
              <w:t>_______________________________</w:t>
              <w:br/>
              <w:t>Responsável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874"/>
        <w:sz w:val="16"/>
      </w:rPr>
      <w:t>Modelo grátis do oficina.app · sistema de gestão para oficina mecânica · oficina.app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