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0A8DC"/>
          <w:sz w:val="16"/>
        </w:rPr>
        <w:t>oficina.app</w:t>
      </w:r>
    </w:p>
    <w:p>
      <w:r>
        <w:rPr>
          <w:b/>
          <w:color w:val="082B3A"/>
          <w:sz w:val="32"/>
        </w:rPr>
        <w:t>Autorização de diagnóstico e orçamento (modelo)</w:t>
      </w:r>
    </w:p>
    <w:p>
      <w:r>
        <w:t>Modelo pra adaptar à sua oficina; confira com o Procon da sua cidade ou com um advogado. Preencha o valor e os prazos antes de o cliente assinar, marque com ele cada item e entregue uma cópia. O orçamento é entregue por escrito, com peças e mão de obra separadas, e nenhum conserto é feito antes da aprovação.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Oficina: ____________________</w:t>
            </w:r>
          </w:p>
        </w:tc>
        <w:tc>
          <w:tcPr>
            <w:tcW w:type="dxa" w:w="5100"/>
          </w:tcPr>
          <w:p>
            <w:r>
              <w:t>Cliente: ____________________</w:t>
            </w:r>
          </w:p>
        </w:tc>
      </w:tr>
      <w:tr>
        <w:tc>
          <w:tcPr>
            <w:tcW w:type="dxa" w:w="5100"/>
          </w:tcPr>
          <w:p>
            <w:r>
              <w:t>Telefone: ____________________</w:t>
            </w:r>
          </w:p>
        </w:tc>
        <w:tc>
          <w:tcPr>
            <w:tcW w:type="dxa" w:w="5100"/>
          </w:tcPr>
          <w:p>
            <w:r>
              <w:t>Veículo: ____________________</w:t>
            </w:r>
          </w:p>
        </w:tc>
      </w:tr>
      <w:tr>
        <w:tc>
          <w:tcPr>
            <w:tcW w:type="dxa" w:w="5100"/>
          </w:tcPr>
          <w:p>
            <w:r>
              <w:t>Placa: ____________________</w:t>
            </w:r>
          </w:p>
        </w:tc>
        <w:tc>
          <w:tcPr>
            <w:tcW w:type="dxa" w:w="5100"/>
          </w:tcPr>
          <w:p>
            <w:r>
              <w:t>KM: ____________________</w:t>
            </w:r>
          </w:p>
        </w:tc>
      </w:tr>
      <w:tr>
        <w:tc>
          <w:tcPr>
            <w:tcW w:type="dxa" w:w="5100"/>
          </w:tcPr>
          <w:p>
            <w:r>
              <w:t>Data: ____________________</w:t>
            </w:r>
          </w:p>
        </w:tc>
        <w:tc>
          <w:tcPr>
            <w:tcW w:type="dxa" w:w="5100"/>
          </w:tcPr>
          <w:p>
            <w:r>
              <w:t>O.S. nº: ____________________</w:t>
            </w:r>
          </w:p>
        </w:tc>
      </w:tr>
      <w:tr>
        <w:tc>
          <w:tcPr>
            <w:tcW w:type="dxa" w:w="5100"/>
          </w:tcPr>
          <w:p>
            <w:r>
              <w:t>Tempo previsto do diagnóstico (h): ____________________</w:t>
            </w:r>
          </w:p>
        </w:tc>
        <w:tc>
          <w:tcPr>
            <w:tcW w:type="dxa" w:w="5100"/>
          </w:tcPr>
          <w:p>
            <w:r>
              <w:t>Previsão de entrega do orçamento: ____________________</w:t>
            </w:r>
          </w:p>
        </w:tc>
      </w:tr>
    </w:tbl>
    <w:p/>
    <w:p>
      <w:r>
        <w:rPr>
          <w:b/>
          <w:color w:val="082B3A"/>
          <w:sz w:val="22"/>
        </w:rPr>
        <w:t>O cliente autoriza</w:t>
      </w:r>
    </w:p>
    <w:p>
      <w:r>
        <w:t>☐  Diagnóstico com scanner e inspeção, no valor de R$ ____________</w:t>
      </w:r>
    </w:p>
    <w:p>
      <w:r>
        <w:t>☐  Esse valor será abatido do serviço se o orçamento for aprovado em até ______ dias</w:t>
      </w:r>
    </w:p>
    <w:p>
      <w:r>
        <w:t>☐  Desmontagem necessária pro diagnóstico, se houver, será avisada antes e só feita com autorização</w:t>
      </w:r>
    </w:p>
    <w:p>
      <w:r>
        <w:t>☐  O orçamento será entregue por escrito, com peças e mão de obra separadas, válido por ______ dias</w:t>
      </w:r>
    </w:p>
    <w:p>
      <w:r>
        <w:t>☐  Nenhum conserto será feito antes da aprovação do orçamento por escrito</w:t>
      </w:r>
    </w:p>
    <w:p>
      <w:r>
        <w:rPr>
          <w:b/>
          <w:color w:val="082B3A"/>
          <w:sz w:val="22"/>
        </w:rPr>
        <w:t>Como o cliente quer receber o orçamento</w:t>
      </w:r>
    </w:p>
    <w:p>
      <w:r>
        <w:t>☐  Pelo WhatsApp</w:t>
      </w:r>
    </w:p>
    <w:p>
      <w:r>
        <w:t>☐  Por e-mail</w:t>
      </w:r>
    </w:p>
    <w:p>
      <w:r>
        <w:t>☐  Impresso, no balcão</w:t>
      </w:r>
    </w:p>
    <w:p>
      <w:r>
        <w:rPr>
          <w:b/>
          <w:color w:val="082B3A"/>
          <w:sz w:val="22"/>
        </w:rPr>
        <w:t>Sintoma relatado pelo cliente (nas palavras dele)</w:t>
      </w:r>
    </w:p>
    <w:p>
      <w:r>
        <w:t>__________________________________________________________________________________________</w:t>
        <w:br/>
        <w:t>__________________________________________________________________________________________</w:t>
      </w:r>
    </w:p>
    <w:p>
      <w:r>
        <w:rPr>
          <w:b/>
          <w:color w:val="082B3A"/>
          <w:sz w:val="22"/>
        </w:rPr>
        <w:t>Conclusão do diagnóstico (o que foi achado e como foi confirmado)</w:t>
      </w:r>
    </w:p>
    <w:p>
      <w:r>
        <w:t>__________________________________________________________________________________________</w:t>
        <w:br/>
        <w:t>__________________________________________________________________________________________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>
              <w:t>_______________________________</w:t>
              <w:br/>
              <w:t>Cliente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t>_______________________________</w:t>
              <w:br/>
              <w:t>Oficina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874"/>
        <w:sz w:val="16"/>
      </w:rPr>
      <w:t>Modelo grátis do oficina.app · sistema de gestão para oficina mecânica · oficina.app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